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האמת מאחורי הפילטרים</w:t>
      </w:r>
    </w:p>
    <w:p>
      <w:pPr>
        <w:bidi w:val="1"/>
        <w:spacing w:after="40" w:before="0"/>
      </w:pPr>
      <w:r>
        <w:rPr>
          <w:rFonts w:ascii="Arial" w:hAnsi="Arial" w:cs="Arial"/>
          <w:b w:val="0"/>
          <w:color w:val="5D5675"/>
          <w:sz w:val="23"/>
          <w:rtl w:val="1"/>
          <w:szCs w:val="23"/>
        </w:rPr>
        <w:t>כיתה ח׳ · כתבה · 374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האמת מאחורי הפילטרים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אפשר לעשות בלחיצת כפתור, לפי פסקה א? ✔ א. להחליק את העור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מרגישים המתבגרים לפי הפסיכולוגית? ✔ ב. תסכול ותחושה שמשהו אצלם לא בסדר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שם לב שהוא כבר לא מוכן שיצלמו אותו בלי פילטר או מזווית אחרת, ושהוא מתבייש בפניו האמיתיות – הכלי שנועד לכיף התחיל לקבוע את ההתנהגות ואת ההרגשה שלו.</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היכולת להסתכל על תמונות בעין ביקורתית, לזכור שהן ערוכות ולא לתת להן לקבוע את הערך העצמי. דוגמה ליישום: סדנה שבה משווים תמונה לפני ואחרי עריכה; "שבוע בלי פילטר".</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הצהרת עמדה ברורה + נימוק הגיוני + פרט מהטקסט (למשל דברי ד"ר ברק או הניסוי של עומר) או מניסיון אישי.</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 האמת מאחורי הפילטרים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כמעט כל טלפון היום מאפשר לשנות תמונה בלחיצה: להחליק את העור, להאיר את הפנים, לשנות את הצורה. האם זה סתם משחק? הכתבה שלפניכם בודקת איך הכלים האלה משפיעים על הדרך שבה בני נוער רואים את עצמם. קראו,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האמת מאחורי הפילטרים</w:t>
            </w:r>
          </w:p>
          <w:p>
            <w:pPr>
              <w:bidi w:val="1"/>
            </w:pPr>
            <w:r>
              <w:rPr>
                <w:rFonts w:ascii="Arial" w:hAnsi="Arial" w:cs="Arial"/>
                <w:b/>
                <w:color w:val="5D5675"/>
                <w:sz w:val="26"/>
                <w:rtl w:val="1"/>
                <w:szCs w:val="26"/>
                <w:bCs/>
              </w:rPr>
              <w:t>דימוי גוף וביטחון עצמי בגיל 14: מה קורה כשהתמונה הערוכה הופכת למראה שאנחנו משווים אליו את עצמנו?</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בגיל 14 המבט במראה מקבל פתאום משמעות חדשה. זהו גיל של שינויים גופניים מהירים ושל מודעות עצמית גבוהה, ובאותו זמן בני הנוער מוצפים ברשתות החברתיות בתמונות מבריקות של דוגמנים, כוכבי רשת ובני גילם, שנראים תמיד מושלמים. יישומוני הצילום מציעים, בלחיצת כפתור אחת, לשנות את תווי הפנים, להחליק את העור, להצר את הגוף ולהוסיף תאורה מחמיאה. רבים רואים בכך משחק תמים, אבל פסיכולוגים ואנשי חינוך מודאגים יותר ויותר מהשפעת הפילטרים על הדימוי העצמי של מתבגרים.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"הבעיה מתחילה כשהתמונה הערוכה הופכת בראש של הנער או הנערה ל'נורמלי'," מסבירה ד"ר טל ברק, פסיכולוגית המתמחה בגיל ההתבגרות. "מתבגרים מסתכלים במראה, משווים את עצמם לדמות הערוכה שיצרו או שראו ברשת, ומרגישים תסכול עמוק. הם מתחילים לחשוב שמשהו אצלם לא בסדר: האף לא מספיק ישר, העור לא חלק לגמרי, השיער לא מסתדר כמו על המסך. הם שוכחים שגם האדם שבתמונה לא נראה כך במציאות."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עומר, תלמיד כיתה ח׳, מספר בכנות: "התחלתי להשתמש בפילטרים כי כולם עשו את זה. בהתחלה זה היה כיף ומצחיק. אבל אחרי כמה חודשים שמעתי את עצמי אומר לחברים שאני לא רוצה שיצלמו אותי בלי פילטר, או רק מזווית מסוימת. הבנתי שאני מתבייש בפנים האמיתיות שלי. ברגע הזה הבנתי שמשהו התחיל לנהל אותי, במקום שאני אנהל אותו." עומר החליט לעשות ניסוי: במשך חודש הוא העלה רק תמונות בלי עריכה. "בשבוע הראשון היה לי מוזר," הוא מודה. "אחר כך שמתי לב שאף אחד לא הגיב אחרת. החברים שלי אוהבים אותי בגלל מי שאני, לא בגלל העור שלי בתמונה."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מומחים מדגישים שהדרך להתמודד עם התופעה אינה חרם מוחלט על הטכנולוגיה, אלא פיתוח "חוסן חזותי": יכולת להסתכל על תמונות בעין ביקורתית ולא לתת להן לקבוע את הערך שלנו. ההבנה שמאחורי כל תמונה "מושלמת" עומדות שעות של עריכה, תאורה מדויקת ולעיתים אשליה גמורה, מאפשרת לבני הנוער להחזיר לעצמם את הביטחון ולאהוב את מי שהם באמת – בלי שום פילטר.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דימוי עצמי     מוצפים     תסכול     ממושך     ביקורתית     אשליה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אפשר לעשות בלחיצת כפתור, לפי פסקה א?</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להחליק את העור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לשנות את הגובה במציאות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לשנות את הקול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מרגישים המתבגרים לפי הפסיכולוגית?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שמחה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תסכול ותחושה שמשהו אצלם לא בסדר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שעמום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הסיקו מדבריו של עומר בפסקה ד: מה גרם לו להבין שהפילטרים "התחילו לנהל אותו"?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עומר הבין זאת כששם לב ש… 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משמעות המונח "חוסן חזותי" (פסקה ה)? הסבירו במילים שלכם, והציעו דרך אחת ליישם אותו בבית הספר.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חוסן חזותי הוא היכולת… 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המציעים לחייב את הרשתות החברתיות לסמן בבירור כל תמונה או סרטון שעברו עריכה או פילטר, כדי לא להטעות בני נוער. אחרים טוענים שזו פגיעה בחופש היצירה והביטוי, ושכל אדם רשאי להציג את עצמו כרצונו.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 · האמת מאחורי הפילטרים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 · האמת מאחורי הפילטרים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