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האמת מאחורי הפילטרים</w:t>
      </w:r>
    </w:p>
    <w:p>
      <w:pPr>
        <w:bidi w:val="1"/>
        <w:spacing w:after="40" w:before="0"/>
      </w:pPr>
      <w:r>
        <w:rPr>
          <w:rFonts w:ascii="Arial" w:hAnsi="Arial" w:cs="Arial"/>
          <w:b w:val="0"/>
          <w:color w:val="5D5675"/>
          <w:sz w:val="18"/>
          <w:rtl w:val="1"/>
          <w:szCs w:val="18"/>
        </w:rPr>
        <w:t>כיתה ח׳ · כתבה · 374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האמת מאחורי הפילטרים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אפשר לעשות בלחיצת כפתור, לפי פסקה א? ✔ א. להחליק את העור  |  תשובה מלאה: שניים מאלה: שינוי תווי הפנים; החלקת העור; הצרת הגוף; הוספת תאורה מחמיאה.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מרגישים המתבגרים לפי הפסיכולוגית? ✔ ב. תסכול ותחושה שמשהו אצלם לא בסדר  |  תשובה מלאה: הם משווים את עצמם לדמות הערוכה, מרגישים תסכול עמוק וחושבים שמשהו אצלם לא בסדר (האף, העור, השיער).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גישה אחת: שימוש ממושך מגביר חרדה חברתית ומוריד ערך עצמי. גישה שנייה (אופטימית): הכלים הם צורת יצירה מודרנית, ובני הנוער יודעים להבחין בין דמיון למציאות.  [מילים להדגשה: אילו, שתי גישות מנוגדות, פסקה ג]</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שם לב שהוא כבר לא מוכן שיצלמו אותו בלי פילטר או מזווית אחרת, ושהוא מתבייש בפניו האמיתיות – הכלי שנועד לכיף התחיל לקבוע את ההתנהגות ואת ההרגשה שלו.  [מילים להדגשה: הסיקו, מה גרם]</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שונה: בתמונה הערוכה הם נראים "מושלמים", ובמראה הם רואים את עצמם כמו שהם – עם "פגמים". דומה: בשני המקרים הם מסתכלים על עצמם ושופטים את המראה שלהם, ובשניהם השאלה היא איך אחרים יראו אותם.  [מילים להדגשה: השוו, מה שונה, מה דומה]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  [מילים להדגשה: מה משמעות, הסבירו במילים שלכם, הציעו דרך אחת]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הצהרת עמדה ברורה + נימוק הגיוני + פרט מהטקסט (למשל דברי ד"ר ברק או הניסוי של עומר) או מניסיון אישי.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 האמת מאחורי הפילטרים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דימוי עצמי – איך אדם רואה את עצמו · מוצפים – מקבלים כמות גדולה מאוד של משהו · תסכול – הרגשה רעה כשמשהו לא מצליח · ממושך – ארוך, הרבה זמן · ביקורתית – שבודקת ושואלת, לא מקבלת הכול · אשליה – משהו שנראה אמיתי אבל אינו אמיתי</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האמת מאחורי הפילטרים</w:t>
            </w:r>
          </w:p>
          <w:p>
            <w:pPr>
              <w:bidi w:val="1"/>
            </w:pPr>
            <w:r>
              <w:rPr>
                <w:rFonts w:ascii="Arial" w:hAnsi="Arial" w:cs="Arial"/>
                <w:b/>
                <w:color w:val="5D5675"/>
                <w:sz w:val="20"/>
                <w:rtl w:val="1"/>
                <w:szCs w:val="20"/>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מחקרים שנערכו בשנים האחרונות מצביעים על כך ששימוש ממושך ברשתות שמבוססות על מראה חיצוני עלול להגביר חרדה חברתית ולהוריד את הערך העצמי, במיוחד בקרב תלמידים ותלמידות בכיתות ח׳ ו־ט׳. מנגד, יש בני נוער ומחנכים שמציגים גישה אופטימית יותר. לדבריהם, הכלים הדיגיטליים הם צורה מודרנית של יצירה ושל משחק עם זהות, ובני הנוער של היום נבונים מספיק כדי להבחין בין עולם הדמיון שברשת לבין החיים האמיתיים.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אפשר לעשות בלחיצת כפתור, לפי פסקה א?</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להחליק את העור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לשנות את הגובה במציאות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לשנות את הקול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מרגישים המתבגרים לפי הפסיכולוגית?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תסכול ותחושה שמשהו אצלם לא בסדר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שעמום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בפסקה ג לגבי השפעת הכלים הדיגיטליים?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מדבריו של עומר בפסקה ד: מה גרם לו להבין שהפילטרים "התחילו לנהל אותו"?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עומר הבין זאת כששם לב ש… 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האופן שבו מתבגרים רואים את עצמם במראה לבין האופן שבו הם רואים את עצמם בתמונות הערוכות, על סמך פסקאות א–ב. מה שונה ומה דומה?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המונח "חוסן חזותי" (פסקה ה)? הסבירו במילים שלכם, והציעו דרך אחת ליישם אותו בבית הספר.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חוסן חזותי הוא היכולת… 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לפחות על פרט אחד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 · האמת מאחורי הפילטרים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 · האמת מאחורי הפילטרים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